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2FBA92" w14:textId="23E3E5A8" w:rsidR="00A6704C" w:rsidRDefault="003F7D88">
      <w:pPr>
        <w:pStyle w:val="Heading1"/>
        <w:rPr>
          <w:lang w:val="vi-V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EE151A" wp14:editId="596F7842">
            <wp:simplePos x="0" y="0"/>
            <wp:positionH relativeFrom="column">
              <wp:posOffset>-1057275</wp:posOffset>
            </wp:positionH>
            <wp:positionV relativeFrom="paragraph">
              <wp:posOffset>385445</wp:posOffset>
            </wp:positionV>
            <wp:extent cx="5810885" cy="1000125"/>
            <wp:effectExtent l="0" t="0" r="5715" b="3175"/>
            <wp:wrapTopAndBottom/>
            <wp:docPr id="1292296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2964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088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86446B" w14:textId="1C30B22A" w:rsidR="00501258" w:rsidRDefault="00C25B24">
      <w:pPr>
        <w:pStyle w:val="Heading1"/>
      </w:pPr>
      <w:r>
        <w:t>CERTIFICATE OF ELIGIBILITY TO SERVE AS A GODPARENT/SPONSOR</w:t>
      </w:r>
      <w:r>
        <w:br/>
        <w:t>GIẤY XÁC NHẬN ĐỦ ĐIỀU KIỆN LÀM NGƯỜI ĐỠ ĐẦU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501258" w14:paraId="37BD0920" w14:textId="77777777">
        <w:tc>
          <w:tcPr>
            <w:tcW w:w="4320" w:type="dxa"/>
          </w:tcPr>
          <w:p w14:paraId="35FB8973" w14:textId="77777777" w:rsidR="00501258" w:rsidRDefault="00C25B24">
            <w:r>
              <w:t>Tiếng Việt</w:t>
            </w:r>
          </w:p>
        </w:tc>
        <w:tc>
          <w:tcPr>
            <w:tcW w:w="4320" w:type="dxa"/>
          </w:tcPr>
          <w:p w14:paraId="0DD4CCAF" w14:textId="77777777" w:rsidR="00501258" w:rsidRDefault="00C25B24">
            <w:r>
              <w:t>English</w:t>
            </w:r>
          </w:p>
        </w:tc>
      </w:tr>
      <w:tr w:rsidR="00501258" w14:paraId="30F3E10F" w14:textId="77777777">
        <w:tc>
          <w:tcPr>
            <w:tcW w:w="4320" w:type="dxa"/>
          </w:tcPr>
          <w:p w14:paraId="6A13E943" w14:textId="77777777" w:rsidR="00501258" w:rsidRDefault="00C25B24">
            <w:r>
              <w:t xml:space="preserve">Họ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tên</w:t>
            </w:r>
            <w:proofErr w:type="spellEnd"/>
            <w:r>
              <w:t xml:space="preserve"> người </w:t>
            </w:r>
            <w:proofErr w:type="spellStart"/>
            <w:r>
              <w:t>lãnh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Bí </w:t>
            </w:r>
            <w:proofErr w:type="spellStart"/>
            <w:r>
              <w:t>tích</w:t>
            </w:r>
            <w:proofErr w:type="spellEnd"/>
            <w:r>
              <w:t>: __________________</w:t>
            </w:r>
          </w:p>
        </w:tc>
        <w:tc>
          <w:tcPr>
            <w:tcW w:w="4320" w:type="dxa"/>
          </w:tcPr>
          <w:p w14:paraId="18E8AAF9" w14:textId="77777777" w:rsidR="00501258" w:rsidRDefault="00C25B24">
            <w:r>
              <w:t>Name of Sacrament Recipient: __________________</w:t>
            </w:r>
          </w:p>
        </w:tc>
      </w:tr>
      <w:tr w:rsidR="00501258" w14:paraId="3F793AAB" w14:textId="77777777">
        <w:tc>
          <w:tcPr>
            <w:tcW w:w="4320" w:type="dxa"/>
          </w:tcPr>
          <w:p w14:paraId="170DC4AF" w14:textId="77777777" w:rsidR="00501258" w:rsidRDefault="00C25B24">
            <w:r>
              <w:t>PHẦN DÀNH CHO NGƯỜI ĐỠ ĐẦU</w:t>
            </w:r>
          </w:p>
        </w:tc>
        <w:tc>
          <w:tcPr>
            <w:tcW w:w="4320" w:type="dxa"/>
          </w:tcPr>
          <w:p w14:paraId="063F24F3" w14:textId="77777777" w:rsidR="00501258" w:rsidRDefault="00C25B24">
            <w:r>
              <w:t>SECTION FOR THE GODPARENT/SPONSOR</w:t>
            </w:r>
          </w:p>
        </w:tc>
      </w:tr>
      <w:tr w:rsidR="00501258" w14:paraId="58F6447F" w14:textId="77777777">
        <w:tc>
          <w:tcPr>
            <w:tcW w:w="4320" w:type="dxa"/>
          </w:tcPr>
          <w:p w14:paraId="28CC9B66" w14:textId="77777777" w:rsidR="00501258" w:rsidRDefault="00C25B24">
            <w:r>
              <w:t xml:space="preserve">□ </w:t>
            </w:r>
            <w:proofErr w:type="spellStart"/>
            <w:r>
              <w:t>Tôi</w:t>
            </w:r>
            <w:proofErr w:type="spellEnd"/>
            <w:r>
              <w:t xml:space="preserve"> </w:t>
            </w:r>
            <w:proofErr w:type="spellStart"/>
            <w:r>
              <w:t>là</w:t>
            </w:r>
            <w:proofErr w:type="spellEnd"/>
            <w:r>
              <w:t xml:space="preserve"> người </w:t>
            </w:r>
            <w:proofErr w:type="spellStart"/>
            <w:r>
              <w:t>Công</w:t>
            </w:r>
            <w:proofErr w:type="spellEnd"/>
            <w:r>
              <w:t xml:space="preserve"> giáo </w:t>
            </w:r>
            <w:proofErr w:type="spellStart"/>
            <w:r>
              <w:t>và</w:t>
            </w:r>
            <w:proofErr w:type="spellEnd"/>
            <w:r>
              <w:t xml:space="preserve"> đã đủ 16 tuổi </w:t>
            </w:r>
            <w:proofErr w:type="spellStart"/>
            <w:r>
              <w:t>trở</w:t>
            </w:r>
            <w:proofErr w:type="spellEnd"/>
            <w:r>
              <w:t xml:space="preserve"> </w:t>
            </w:r>
            <w:proofErr w:type="spellStart"/>
            <w:r>
              <w:t>lên</w:t>
            </w:r>
            <w:proofErr w:type="spellEnd"/>
            <w:r>
              <w:t>.</w:t>
            </w:r>
          </w:p>
        </w:tc>
        <w:tc>
          <w:tcPr>
            <w:tcW w:w="4320" w:type="dxa"/>
          </w:tcPr>
          <w:p w14:paraId="4C725366" w14:textId="77777777" w:rsidR="00501258" w:rsidRDefault="00C25B24">
            <w:r>
              <w:t>□ I am a baptized Catholic and am at least 16 years of age.</w:t>
            </w:r>
          </w:p>
        </w:tc>
      </w:tr>
      <w:tr w:rsidR="00501258" w14:paraId="3300068D" w14:textId="77777777">
        <w:tc>
          <w:tcPr>
            <w:tcW w:w="4320" w:type="dxa"/>
          </w:tcPr>
          <w:p w14:paraId="7AAEB12C" w14:textId="77777777" w:rsidR="00501258" w:rsidRDefault="00C25B24">
            <w:r>
              <w:t xml:space="preserve">□ </w:t>
            </w:r>
            <w:proofErr w:type="spellStart"/>
            <w:r>
              <w:t>Tôi</w:t>
            </w:r>
            <w:proofErr w:type="spellEnd"/>
            <w:r>
              <w:t xml:space="preserve"> </w:t>
            </w:r>
            <w:proofErr w:type="spellStart"/>
            <w:r>
              <w:t>không</w:t>
            </w:r>
            <w:proofErr w:type="spellEnd"/>
            <w:r>
              <w:t xml:space="preserve"> phải </w:t>
            </w:r>
            <w:proofErr w:type="spellStart"/>
            <w:r>
              <w:t>là</w:t>
            </w:r>
            <w:proofErr w:type="spellEnd"/>
            <w:r>
              <w:t xml:space="preserve"> cha hoặc mẹ của người </w:t>
            </w:r>
            <w:proofErr w:type="spellStart"/>
            <w:r>
              <w:t>lãnh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Bí </w:t>
            </w:r>
            <w:proofErr w:type="spellStart"/>
            <w:r>
              <w:t>tích</w:t>
            </w:r>
            <w:proofErr w:type="spellEnd"/>
            <w:r>
              <w:t>.</w:t>
            </w:r>
          </w:p>
        </w:tc>
        <w:tc>
          <w:tcPr>
            <w:tcW w:w="4320" w:type="dxa"/>
          </w:tcPr>
          <w:p w14:paraId="1ACFDA8D" w14:textId="77777777" w:rsidR="00501258" w:rsidRDefault="00C25B24">
            <w:r>
              <w:t>□ I am not the father or mother of the sacrament recipient.</w:t>
            </w:r>
          </w:p>
        </w:tc>
      </w:tr>
      <w:tr w:rsidR="00501258" w14:paraId="3D5994B1" w14:textId="77777777">
        <w:tc>
          <w:tcPr>
            <w:tcW w:w="4320" w:type="dxa"/>
          </w:tcPr>
          <w:p w14:paraId="230812F6" w14:textId="77777777" w:rsidR="00501258" w:rsidRDefault="00C25B24">
            <w:r>
              <w:t xml:space="preserve">□ </w:t>
            </w:r>
            <w:proofErr w:type="spellStart"/>
            <w:r>
              <w:t>Tôi</w:t>
            </w:r>
            <w:proofErr w:type="spellEnd"/>
            <w:r>
              <w:t xml:space="preserve"> đã </w:t>
            </w:r>
            <w:proofErr w:type="spellStart"/>
            <w:r>
              <w:t>lãnh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Bí </w:t>
            </w:r>
            <w:proofErr w:type="spellStart"/>
            <w:r>
              <w:t>tích</w:t>
            </w:r>
            <w:proofErr w:type="spellEnd"/>
            <w:r>
              <w:t xml:space="preserve"> Rửa tội, Thánh Thể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Thêm</w:t>
            </w:r>
            <w:proofErr w:type="spellEnd"/>
            <w:r>
              <w:t xml:space="preserve"> sức.</w:t>
            </w:r>
          </w:p>
        </w:tc>
        <w:tc>
          <w:tcPr>
            <w:tcW w:w="4320" w:type="dxa"/>
          </w:tcPr>
          <w:p w14:paraId="07CC22A4" w14:textId="77777777" w:rsidR="00501258" w:rsidRDefault="00C25B24">
            <w:r>
              <w:t>□ I have received Baptism, Holy Eucharist, and Confirmation.</w:t>
            </w:r>
          </w:p>
        </w:tc>
      </w:tr>
      <w:tr w:rsidR="00501258" w14:paraId="551A9F6B" w14:textId="77777777">
        <w:tc>
          <w:tcPr>
            <w:tcW w:w="4320" w:type="dxa"/>
          </w:tcPr>
          <w:p w14:paraId="30AA1D19" w14:textId="77777777" w:rsidR="00501258" w:rsidRDefault="00C25B24">
            <w:r>
              <w:t xml:space="preserve">□ Nếu đã kết </w:t>
            </w:r>
            <w:proofErr w:type="spellStart"/>
            <w:r>
              <w:t>hôn</w:t>
            </w:r>
            <w:proofErr w:type="spellEnd"/>
            <w:r>
              <w:t xml:space="preserve">, </w:t>
            </w:r>
            <w:proofErr w:type="spellStart"/>
            <w:r>
              <w:t>hôn</w:t>
            </w:r>
            <w:proofErr w:type="spellEnd"/>
            <w:r>
              <w:t xml:space="preserve"> phối của </w:t>
            </w:r>
            <w:proofErr w:type="spellStart"/>
            <w:r>
              <w:t>tôi</w:t>
            </w:r>
            <w:proofErr w:type="spellEnd"/>
            <w:r>
              <w:t xml:space="preserve"> được Giáo hội </w:t>
            </w:r>
            <w:proofErr w:type="spellStart"/>
            <w:r>
              <w:t>Công</w:t>
            </w:r>
            <w:proofErr w:type="spellEnd"/>
            <w:r>
              <w:t xml:space="preserve"> giáo </w:t>
            </w:r>
            <w:proofErr w:type="spellStart"/>
            <w:r>
              <w:t>nhìn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; hoặc </w:t>
            </w:r>
            <w:proofErr w:type="spellStart"/>
            <w:r>
              <w:t>tôi</w:t>
            </w:r>
            <w:proofErr w:type="spellEnd"/>
            <w:r>
              <w:t xml:space="preserve"> hiện đang độc </w:t>
            </w:r>
            <w:proofErr w:type="spellStart"/>
            <w:r>
              <w:t>thân</w:t>
            </w:r>
            <w:proofErr w:type="spellEnd"/>
            <w:r>
              <w:t>.</w:t>
            </w:r>
          </w:p>
        </w:tc>
        <w:tc>
          <w:tcPr>
            <w:tcW w:w="4320" w:type="dxa"/>
          </w:tcPr>
          <w:p w14:paraId="092B16E9" w14:textId="77777777" w:rsidR="00501258" w:rsidRDefault="00C25B24">
            <w:r>
              <w:t>□ If married, my marriage is recognized by the Catholic Church; otherwise I am currently single.</w:t>
            </w:r>
          </w:p>
        </w:tc>
      </w:tr>
      <w:tr w:rsidR="00501258" w14:paraId="7C554933" w14:textId="77777777">
        <w:tc>
          <w:tcPr>
            <w:tcW w:w="4320" w:type="dxa"/>
          </w:tcPr>
          <w:p w14:paraId="79629D3D" w14:textId="77777777" w:rsidR="00501258" w:rsidRDefault="00C25B24">
            <w:r>
              <w:t xml:space="preserve">□ </w:t>
            </w:r>
            <w:proofErr w:type="spellStart"/>
            <w:r>
              <w:t>Tôi</w:t>
            </w:r>
            <w:proofErr w:type="spellEnd"/>
            <w:r>
              <w:t xml:space="preserve"> </w:t>
            </w:r>
            <w:proofErr w:type="spellStart"/>
            <w:r>
              <w:t>tham</w:t>
            </w:r>
            <w:proofErr w:type="spellEnd"/>
            <w:r>
              <w:t xml:space="preserve"> dự Thánh lễ </w:t>
            </w:r>
            <w:proofErr w:type="spellStart"/>
            <w:r>
              <w:t>Chúa</w:t>
            </w:r>
            <w:proofErr w:type="spellEnd"/>
            <w:r>
              <w:t xml:space="preserve"> </w:t>
            </w:r>
            <w:proofErr w:type="spellStart"/>
            <w:r>
              <w:t>nhật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ngày</w:t>
            </w:r>
            <w:proofErr w:type="spellEnd"/>
            <w:r>
              <w:t xml:space="preserve"> lễ </w:t>
            </w:r>
            <w:proofErr w:type="spellStart"/>
            <w:r>
              <w:t>buộc</w:t>
            </w:r>
            <w:proofErr w:type="spellEnd"/>
            <w:r>
              <w:t xml:space="preserve"> một </w:t>
            </w:r>
            <w:proofErr w:type="spellStart"/>
            <w:r>
              <w:t>cách</w:t>
            </w:r>
            <w:proofErr w:type="spellEnd"/>
            <w:r>
              <w:t xml:space="preserve"> đều đặn.</w:t>
            </w:r>
          </w:p>
        </w:tc>
        <w:tc>
          <w:tcPr>
            <w:tcW w:w="4320" w:type="dxa"/>
          </w:tcPr>
          <w:p w14:paraId="57373767" w14:textId="77777777" w:rsidR="00501258" w:rsidRDefault="00C25B24">
            <w:r>
              <w:t>□ I regularly attend Sunday Mass and Holy Days of Obligation.</w:t>
            </w:r>
          </w:p>
        </w:tc>
      </w:tr>
      <w:tr w:rsidR="00501258" w14:paraId="153DCE5A" w14:textId="77777777">
        <w:tc>
          <w:tcPr>
            <w:tcW w:w="4320" w:type="dxa"/>
          </w:tcPr>
          <w:p w14:paraId="6EE6211C" w14:textId="77777777" w:rsidR="00501258" w:rsidRDefault="00C25B24">
            <w:r>
              <w:t xml:space="preserve">□ </w:t>
            </w:r>
            <w:proofErr w:type="spellStart"/>
            <w:r>
              <w:t>Tôi</w:t>
            </w:r>
            <w:proofErr w:type="spellEnd"/>
            <w:r>
              <w:t xml:space="preserve"> sống đời sống </w:t>
            </w:r>
            <w:proofErr w:type="spellStart"/>
            <w:r>
              <w:t>Kitô</w:t>
            </w:r>
            <w:proofErr w:type="spellEnd"/>
            <w:r>
              <w:t xml:space="preserve"> hữu </w:t>
            </w:r>
            <w:proofErr w:type="spellStart"/>
            <w:r>
              <w:t>phù</w:t>
            </w:r>
            <w:proofErr w:type="spellEnd"/>
            <w:r>
              <w:t xml:space="preserve"> hợp với đức tin </w:t>
            </w:r>
            <w:proofErr w:type="spellStart"/>
            <w:r>
              <w:t>và</w:t>
            </w:r>
            <w:proofErr w:type="spellEnd"/>
            <w:r>
              <w:t xml:space="preserve"> xứng </w:t>
            </w:r>
            <w:proofErr w:type="spellStart"/>
            <w:r>
              <w:t>đáng</w:t>
            </w:r>
            <w:proofErr w:type="spellEnd"/>
            <w:r>
              <w:t xml:space="preserve"> với </w:t>
            </w:r>
            <w:proofErr w:type="spellStart"/>
            <w:r>
              <w:t>vai</w:t>
            </w:r>
            <w:proofErr w:type="spellEnd"/>
            <w:r>
              <w:t xml:space="preserve"> </w:t>
            </w:r>
            <w:proofErr w:type="spellStart"/>
            <w:r>
              <w:t>trò</w:t>
            </w:r>
            <w:proofErr w:type="spellEnd"/>
            <w:r>
              <w:t xml:space="preserve"> người đỡ đầu.</w:t>
            </w:r>
          </w:p>
        </w:tc>
        <w:tc>
          <w:tcPr>
            <w:tcW w:w="4320" w:type="dxa"/>
          </w:tcPr>
          <w:p w14:paraId="0D912B7B" w14:textId="77777777" w:rsidR="00501258" w:rsidRDefault="00C25B24">
            <w:r>
              <w:t>□ I strive to live a Christian life consistent with the Catholic faith and worthy of serving as a godparent/sponsor.</w:t>
            </w:r>
          </w:p>
        </w:tc>
      </w:tr>
      <w:tr w:rsidR="00501258" w14:paraId="648C2D29" w14:textId="77777777">
        <w:tc>
          <w:tcPr>
            <w:tcW w:w="4320" w:type="dxa"/>
          </w:tcPr>
          <w:p w14:paraId="7F21FCCD" w14:textId="77777777" w:rsidR="00501258" w:rsidRDefault="00C25B24">
            <w:r>
              <w:t xml:space="preserve">Họ </w:t>
            </w:r>
            <w:proofErr w:type="spellStart"/>
            <w:r>
              <w:t>tên</w:t>
            </w:r>
            <w:proofErr w:type="spellEnd"/>
            <w:r>
              <w:t>:________</w:t>
            </w:r>
            <w:r>
              <w:br/>
              <w:t>Địa chỉ:________</w:t>
            </w:r>
            <w:r>
              <w:br/>
              <w:t>Email:______</w:t>
            </w:r>
            <w:r>
              <w:br/>
              <w:t>Điện thoại:______</w:t>
            </w:r>
            <w:r>
              <w:br/>
              <w:t>Giáo xứ:______</w:t>
            </w:r>
            <w:r>
              <w:br/>
              <w:t>Địa chỉ GX:______</w:t>
            </w:r>
            <w:r>
              <w:br/>
              <w:t xml:space="preserve">Chữ </w:t>
            </w:r>
            <w:proofErr w:type="spellStart"/>
            <w:r>
              <w:t>ký</w:t>
            </w:r>
            <w:proofErr w:type="spellEnd"/>
            <w:r>
              <w:t xml:space="preserve">:______ </w:t>
            </w:r>
            <w:proofErr w:type="spellStart"/>
            <w:r>
              <w:t>Ngày</w:t>
            </w:r>
            <w:proofErr w:type="spellEnd"/>
            <w:r>
              <w:t>:______</w:t>
            </w:r>
          </w:p>
        </w:tc>
        <w:tc>
          <w:tcPr>
            <w:tcW w:w="4320" w:type="dxa"/>
          </w:tcPr>
          <w:p w14:paraId="55EC47D2" w14:textId="77777777" w:rsidR="00501258" w:rsidRDefault="00C25B24">
            <w:r>
              <w:t>Printed Name:________</w:t>
            </w:r>
            <w:r>
              <w:br/>
              <w:t>Address:________</w:t>
            </w:r>
            <w:r>
              <w:br/>
              <w:t>Email:______</w:t>
            </w:r>
            <w:r>
              <w:br/>
              <w:t>Phone:______</w:t>
            </w:r>
            <w:r>
              <w:br/>
              <w:t>Parish:______</w:t>
            </w:r>
            <w:r>
              <w:br/>
              <w:t>Parish Address:______</w:t>
            </w:r>
            <w:r>
              <w:br/>
              <w:t>Signature:______ Date:______</w:t>
            </w:r>
          </w:p>
        </w:tc>
      </w:tr>
      <w:tr w:rsidR="00501258" w14:paraId="13A9A0B7" w14:textId="77777777">
        <w:tc>
          <w:tcPr>
            <w:tcW w:w="4320" w:type="dxa"/>
          </w:tcPr>
          <w:p w14:paraId="70AD70FB" w14:textId="77777777" w:rsidR="00501258" w:rsidRDefault="00C25B24">
            <w:r>
              <w:t>PHẦN DÀNH CHO CHA XỨ</w:t>
            </w:r>
          </w:p>
        </w:tc>
        <w:tc>
          <w:tcPr>
            <w:tcW w:w="4320" w:type="dxa"/>
          </w:tcPr>
          <w:p w14:paraId="48D44D63" w14:textId="77777777" w:rsidR="00501258" w:rsidRDefault="00C25B24">
            <w:r>
              <w:t>SECTION FOR THE PASTOR</w:t>
            </w:r>
          </w:p>
        </w:tc>
      </w:tr>
      <w:tr w:rsidR="00501258" w14:paraId="29F6A1CD" w14:textId="77777777">
        <w:tc>
          <w:tcPr>
            <w:tcW w:w="4320" w:type="dxa"/>
          </w:tcPr>
          <w:p w14:paraId="6D874679" w14:textId="77777777" w:rsidR="00501258" w:rsidRDefault="00C25B24">
            <w:proofErr w:type="spellStart"/>
            <w:r>
              <w:t>Tôi</w:t>
            </w:r>
            <w:proofErr w:type="spellEnd"/>
            <w:r>
              <w:t xml:space="preserve"> </w:t>
            </w:r>
            <w:proofErr w:type="spellStart"/>
            <w:r>
              <w:t>xác</w:t>
            </w:r>
            <w:proofErr w:type="spellEnd"/>
            <w:r>
              <w:t xml:space="preserve"> </w:t>
            </w:r>
            <w:proofErr w:type="spellStart"/>
            <w:r>
              <w:t>nhận</w:t>
            </w:r>
            <w:proofErr w:type="spellEnd"/>
            <w:r>
              <w:t xml:space="preserve"> ... đủ điều </w:t>
            </w:r>
            <w:proofErr w:type="spellStart"/>
            <w:r>
              <w:t>kiện</w:t>
            </w:r>
            <w:proofErr w:type="spellEnd"/>
            <w:r>
              <w:t xml:space="preserve"> </w:t>
            </w:r>
            <w:proofErr w:type="spellStart"/>
            <w:r>
              <w:t>làm</w:t>
            </w:r>
            <w:proofErr w:type="spellEnd"/>
            <w:r>
              <w:t xml:space="preserve"> người đỡ đầu.</w:t>
            </w:r>
            <w:r>
              <w:br/>
              <w:t xml:space="preserve">Chữ </w:t>
            </w:r>
            <w:proofErr w:type="spellStart"/>
            <w:r>
              <w:t>ký</w:t>
            </w:r>
            <w:proofErr w:type="spellEnd"/>
            <w:r>
              <w:t xml:space="preserve"> Cha xứ:______ </w:t>
            </w:r>
            <w:proofErr w:type="spellStart"/>
            <w:r>
              <w:t>Ngày</w:t>
            </w:r>
            <w:proofErr w:type="spellEnd"/>
            <w:r>
              <w:t>:______</w:t>
            </w:r>
            <w:r>
              <w:br/>
            </w:r>
            <w:proofErr w:type="spellStart"/>
            <w:r>
              <w:t>Tên</w:t>
            </w:r>
            <w:proofErr w:type="spellEnd"/>
            <w:r>
              <w:t xml:space="preserve"> Giáo xứ:______</w:t>
            </w:r>
            <w:r>
              <w:br/>
              <w:t>Thành phố/Tiểu bang:______</w:t>
            </w:r>
            <w:r>
              <w:br/>
              <w:t>[DẤU GIÁO XỨ]</w:t>
            </w:r>
          </w:p>
        </w:tc>
        <w:tc>
          <w:tcPr>
            <w:tcW w:w="4320" w:type="dxa"/>
          </w:tcPr>
          <w:p w14:paraId="79A7806C" w14:textId="77777777" w:rsidR="00501258" w:rsidRDefault="00C25B24">
            <w:r>
              <w:t>I certify that the above-named person is qualified to serve as a godparent/sponsor.</w:t>
            </w:r>
            <w:r>
              <w:br/>
              <w:t>Pastor's Signature:______ Date:______</w:t>
            </w:r>
            <w:r>
              <w:br/>
              <w:t>Parish:______</w:t>
            </w:r>
            <w:r>
              <w:br/>
              <w:t>City/State:______</w:t>
            </w:r>
            <w:r>
              <w:br/>
              <w:t>[PARISH SEAL]</w:t>
            </w:r>
          </w:p>
        </w:tc>
      </w:tr>
    </w:tbl>
    <w:p w14:paraId="75AA04F8" w14:textId="77777777" w:rsidR="00C25B24" w:rsidRDefault="00C25B24"/>
    <w:sectPr w:rsidR="00C25B2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0548407">
    <w:abstractNumId w:val="8"/>
  </w:num>
  <w:num w:numId="2" w16cid:durableId="1225068319">
    <w:abstractNumId w:val="6"/>
  </w:num>
  <w:num w:numId="3" w16cid:durableId="223107517">
    <w:abstractNumId w:val="5"/>
  </w:num>
  <w:num w:numId="4" w16cid:durableId="1933510296">
    <w:abstractNumId w:val="4"/>
  </w:num>
  <w:num w:numId="5" w16cid:durableId="936600637">
    <w:abstractNumId w:val="7"/>
  </w:num>
  <w:num w:numId="6" w16cid:durableId="100342944">
    <w:abstractNumId w:val="3"/>
  </w:num>
  <w:num w:numId="7" w16cid:durableId="878935912">
    <w:abstractNumId w:val="2"/>
  </w:num>
  <w:num w:numId="8" w16cid:durableId="2133597663">
    <w:abstractNumId w:val="1"/>
  </w:num>
  <w:num w:numId="9" w16cid:durableId="160349529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9"/>
  <w:proofState w:spelling="clean"/>
  <w:revisionView w:inkAnnotations="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4D64"/>
    <w:rsid w:val="0015074B"/>
    <w:rsid w:val="00164707"/>
    <w:rsid w:val="00241E88"/>
    <w:rsid w:val="0029639D"/>
    <w:rsid w:val="00326F90"/>
    <w:rsid w:val="003F7D88"/>
    <w:rsid w:val="00501258"/>
    <w:rsid w:val="005738CA"/>
    <w:rsid w:val="005B0611"/>
    <w:rsid w:val="00656065"/>
    <w:rsid w:val="008765AF"/>
    <w:rsid w:val="00A43CD1"/>
    <w:rsid w:val="00A6704C"/>
    <w:rsid w:val="00AA1D8D"/>
    <w:rsid w:val="00B45D1D"/>
    <w:rsid w:val="00B47730"/>
    <w:rsid w:val="00C25B24"/>
    <w:rsid w:val="00C65B6B"/>
    <w:rsid w:val="00CB0664"/>
    <w:rsid w:val="00DD27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29E794"/>
  <w14:defaultImageDpi w14:val="300"/>
  <w15:docId w15:val="{9A0AE8D6-FD80-494E-99A9-7E7B935BA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marierose hoang</cp:lastModifiedBy>
  <cp:revision>2</cp:revision>
  <dcterms:created xsi:type="dcterms:W3CDTF">2026-07-23T12:06:00Z</dcterms:created>
  <dcterms:modified xsi:type="dcterms:W3CDTF">2026-07-23T12:06:00Z</dcterms:modified>
  <cp:category/>
</cp:coreProperties>
</file>